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מע"מ?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מע"מ ולמה המדינה גובה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מחיר כולל מע"מ ומחיר לפני מע"מ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שיעור המע"מ הנוכחי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 ערך מוסף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הקונים, כחלק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למימון שירותים ציבוריים כמו חינוך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18%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כבר כולל מע"מ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הקונים משלמים מע"מ כחלק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תפקיד העסק במע"מ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שיעור המע"מ יכול להשתנות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הנוסחה שמופיעה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כספי המסים מממנים גם שירותי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3. 1.18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6. 59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(מס ערך מוסף שנוסף למחיר מוצרים ושירותים)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(שיעור המע"מ בישראל נכון לינואר 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(הנוסחה לחישוב מחיר כולל מע"מ)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(הנוסחה לחישוב מחיר לפני מע"מ)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(דוגמאות לשירותים שהמדינה מממנת מכספי מסים)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תרגילי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354 ₪ (300 × 1.18 = 354)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150 ₪ (177 ÷ 1.18 = 150)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 לפני מע"מ הוא מחיר המוצר בלי המס, ומחיר כולל מע"מ הוא המחיר הסופי שמשלמים בקופה כולל תוספת המס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לחשב קודם מחיר לפני מע"מ: 236 ÷ 1.18 = 200. סכום המע"מ הוא ההפרש: 236 - 200 = 36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המזכירה שירותים כמו חינוך, בריאות וכבישים, ומסבירה בקצרה את החשיבות של מימון ציבורי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 שהקונים משלמים כחלק מהמחיר, והעסק מעביר אותו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59 ₪ (50 × 1.18)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במחשבון כיתתי לתרגול החישובים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התרגול למוצרים מוכרים מהסופרמרקט כדי לחבר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המתקשים מומלץ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מע"מ?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יעזור לכם להבין מהו מע"מ, איך הוא משפיע על המחיר שאנחנו משלמים בחנות, ואיך מחשבים אותו בעזרת נוסחה פשוטה.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ראשי התיבות 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ערך מוסף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עירוני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עבור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עבור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בפועל משלם את כסף המע"מ?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העסקים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הקונים, כחלק מהמחיר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היצרנים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המדינה גובה 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להעשיר את בעלי החנויות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למימון שירותים ציבוריים כמו חינוך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להוזיל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לעודד קניות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שיעור המע"מ בישראל נכון לינואר 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המחיר שמוצג על המדף בחנות: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כולל מע"מ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כבר כולל מע"מ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בסוג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נקבע רק על ידי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מע"מ הוא מס שמשלמים רק עסקים גדולים.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העסק מעביר את כסף המע"מ למדינה.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המע"מ בישראל קבוע ולעולם לא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לפני מע"מ מחושב על ידי חלוקת המחיר הכולל ב-1.18.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כספי המע"מ ממומנים רק כבישים וחינוך, לא בריאות.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מחיר מוצר לפני מע"מ הוא 100 ₪, סכום המע"מ עצמו הוא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מחיר כולל מע"מ של מוצר שעלותו 100 ₪ לפני מע"מ הוא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לחשב מחיר לפני מע"מ, מחלקים את המחיר הכולל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לחשב מחיר כולל מע"מ, מכפילים את המחיר לפני מע"מ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 שמחירו הכולל 236 ₪, מחירו לפני מע"מ הוא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מוצר שמחירו לפני מע"מ 50 ₪, מחירו הכולל הוא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הנוסחה לחישוב מחיר לפני מע"מ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הנוסחה לחישוב מחיר כולל מע"מ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מחיר לפני מע"מ × 1.18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דוגמאות לשירותים שהמדינה מממנת מכספי מסים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כולל ÷ 1.18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שיעור המע"מ בישראל נכון לינואר 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חינוך, בריאות, כבישים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 ערך מוסף שנוסף למחיר מוצרים ושירותים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תרגילי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מוצר עולה 300 ₪ לפני מע"מ. כמה יעלה כולל מע"מ? הסבירו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מחיר כולל של מוצר הוא 177 ₪. מה המחיר שלו לפני מע"מ?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"מחיר לפני מע"מ" ל"מחיר כולל מע"מ".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אתם קונים זוג נעליים שמחירו המוצג בחנות, כולל מע"מ, הוא 236 ₪. כמה כסף מתוך הסכום הזה הולך למדינה כמע"מ? הסבירו את שלבי הפתרון.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בקצרה למה, לדעתכם, חשוב שהמדינה תגבה מסים כמו מע"מ, ואילו שירותים ציבוריים אתם מכירים שממומנים מכספי המסים.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מע"מ ולמי משלמים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אחוז מע"מ יש היום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 עולה 50 ₪ לפני מע"מ - כמה יעלה כולל מע"מ?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זה מע"מ?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