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זה מע"מ?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מע"מ ולמה המדינה גובה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לחשב מחיר כולל מע"מ ומחיר לפני מע"מ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שיעור המע"מ הנוכחי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מס ערך מוסף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הקונים, כחלק מהמחיר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למימון שירותים ציבוריים כמו חינוך ובריאות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18%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כבר כולל מע"מ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הקונים משלמים מע"מ כחלק מהמחיר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תפקיד העסק במע"מ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שיעור המע"מ יכול להשתנות עם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הנוסחה שמופיעה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כספי המסים מממנים גם שירותי בריאות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3. 1.18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4. 1.18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5. 200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6. 59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(מס ערך מוסף שנוסף למחיר מוצרים ושירותים)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(שיעור המע"מ בישראל נכון לינואר 2025)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(הנוסחה לחישוב מחיר כולל מע"מ)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(הנוסחה לחישוב מחיר לפני מע"מ)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(דוגמאות לשירותים שהמדינה מממנת מכספי מסים)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תרגילי 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354 ₪ (300 × 1.18 = 354)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150 ₪ (177 ÷ 1.18 = 150)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מחיר לפני מע"מ הוא מחיר המוצר בלי המס, ומחיר כולל מע"מ הוא המחיר הסופי שמשלמים בקופה כולל תוספת המס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לחשב קודם מחיר לפני מע"מ: 236 ÷ 1.18 = 200. סכום המע"מ הוא ההפרש: 236 - 200 = 36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המזכירה שירותים כמו חינוך, בריאות וכבישים, ומסבירה בקצרה את החשיבות של מימון ציבורי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 שהקונים משלמים כחלק מהמחיר, והעסק מעביר אותו למדינה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18%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59 ₪ (50 × 1.18)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במחשבון כיתתי לתרגול החישובים בצורה 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התרגול למוצרים מוכרים מהסופרמרקט כדי לחבר לחיי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ותלמידות המתקשים מומלץ לדלג על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זה מע"מ?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מה זה מע"מ. מע"מ הוא כסף שמתווסף למחיר כשקונים דברים, והכסף הזה הולך למדינה.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מע"מ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 ערך מוסף, כסף שמתווסף למחיר מוצרים ושירותים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שאנשים ועסקים משלמים למדינה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שירותים ציבוריים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שהמדינה נותנת לכולם, כמו בתי ספר וכבישים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מחיר לפני מע"מ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המחיר של המוצר בלי תוספת המע"מ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מחיר כולל מע"מ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המחיר הסופי שמשלמים בקופה, כולל המע"מ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שיעור מע"מ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האחוז שמוסיפים למחיר כמס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1.18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שמכפילים או מחלקים בו כדי לחשב מע"מ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מע"מ?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 ערך מוסף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 עירוני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 עבור מוצרים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 עבור 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משלם מע"מ?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העסקים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הקונים, כחלק מהמחיר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היצרנים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יש מע"מ?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להעשיר את בעלי החנויות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למימון שירותים ציבוריים כמו חינוך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להוזיל 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לעודד קניות בחול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אחוז מע"מ יש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17%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האם המחיר על המדף כולל מע"מ?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כולל מע"מ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כבר כולל מע"מ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תלוי בסוג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נקבע רק על ידי המדינה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מע"מ הוא מס שמשלמים רק עסקים גדולים.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העסק מעביר את כסף המע"מ למדינה.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שיעור המע"מ בישראל קבוע ולעולם לא משתנה.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לפני מע"מ מחושב על ידי חלוקת המחיר הכולל ב-1.18.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כספי המע"מ ממומנים רק כבישים וחינוך, לא בריאות.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המספר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אם מחיר מוצר לפני מע"מ הוא 100 ₪, סכום המע"מ עצמו הוא __________ 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מחיר כולל מע"מ של מוצר שעלותו 100 ₪ לפני מע"מ הוא __________ 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לחשב מחיר לפני מע"מ, מחלקים את המחיר הכולל ב-__________.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לחשב מחיר כולל מע"מ, מכפילים את המחיר לפני מע"מ ב-__________.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מוצר שמחירו הכולל 236 ₪, מחירו לפני מע"מ הוא __________ 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מוצר שמחירו לפני מע"מ 50 ₪, מחירו הכולל הוא __________ 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מע"מ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הנוסחה לחישוב מחיר כולל מע"מ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2. 18%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 ערך מוסף שנוסף למחיר מוצרים ושירותים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מחיר לפני מע"מ × 1.18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שיעור המע"מ בישראל נכון לינואר 2025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מחיר כולל ÷ 1.18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דוגמאות לשירותים שהמדינה מממנת מכספי מסים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חינוך, בריאות, כבישים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הנוסחה לחישוב מחיר לפני מע"מ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תרגילי 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מוצר עולה 300 ₪ לפני מע"מ. כמה יעלה כולל מע"מ? הסבירו את החישוב.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מחיר כולל של מוצר הוא 177 ₪. מה המחיר שלו לפני מע"מ?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מה ההבדל בין "מחיר לפני מע"מ" ל"מחיר כולל מע"מ".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אתם קונים זוג נעליים שמחירו המוצג בחנות, כולל מע"מ, הוא 236 ₪. כמה כסף מתוך הסכום הזה הולך למדינה כמע"מ? הסבירו את שלבי הפתרון.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בקצרה למה, לדעתכם, חשוב שהמדינה תגבה מסים כמו מע"מ, ואילו שירותים ציבוריים אתם מכירים שממומנים מכספי המסים.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מע"מ ולמי משלמים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אחוז מע"מ יש היום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מוצר עולה 50 ₪ לפני מע"מ - כמה יעלה כולל מע"מ?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זה מע"מ?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