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🛒 יוצאים לקניות – צרכנות נבונה בכל הרמות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מה זה מע"מ?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מהו מע"מ ולמה המדינה גובה אותו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לחשב מחיר כולל מע"מ ומחיר לפני מע"מ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שיעור המע"מ הנוכחי בישראל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הנושא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מס ערך מוסף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הקונים, כחלק מהמחיר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כל הקונים משלמים מע"מ כחלק מהמחיר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מוגדר תפקיד העסק במע"מ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המספר החסר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1. 18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2. 118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(מס ערך מוסף שנוסף למחיר מוצרים ושירותים)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(שיעור המע"מ בישראל נכון לינואר 2025)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(הנוסחה לחישוב מחיר כולל מע"מ)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(דוגמאות לשירותים שהמדינה מממנת מכספי מסים)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תרגילי חישוב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354 ₪ (300 × 1.18 = 354)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מחיר לפני מע"מ הוא מחיר המוצר בלי המס, ומחיר כולל מע"מ הוא המחיר הסופי שמשלמים בקופה כולל תוספת המס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חשיבה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המזכירה שירותים כמו חינוך, בריאות וכבישים, ומסבירה בקצרה את החשיבות של מימון ציבורי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מס שהקונים משלמים כחלק מהמחיר, והעסק מעביר אותו למדינה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18%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59 ₪ (50 × 1.18)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להשתמש במחשבון כיתתי לתרגול החישובים בצורה מדויקת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לקשר את התרגול למוצרים מוכרים מהסופרמרקט כדי לחבר לחיי היומיום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ותלמידות המתקשים מומלץ לדלג על הסעיפים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🛒 יוצאים לקניות – צרכנות נבונה בכל הרמות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מה זה מע"מ?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דף זה יעזור לכם להבין מהו מע"מ, איך הוא משפיע על המחיר שאנחנו משלמים בחנות, ואיך מחשבים אותו בעזרת נוסחה פשוטה.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118  ·  18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המשמעות של ראשי התיבות מע"מ?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מס ערך מוסף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מס עירוני מיוחד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מס עבור מוצרים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מי בפועל משלם את כסף המע"מ?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רק העסקים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רק המדינה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הקונים, כחלק מהמחיר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מע"מ הוא מס שמשלמים רק עסקים גדולים.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העסק מעביר את כסף המע"מ למדינה.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המספר החסר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אם מחיר מוצר לפני מע"מ הוא 100 ₪, סכום המע"מ עצמו הוא __________ 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מחיר כולל מע"מ של מוצר שעלותו 100 ₪ לפני מע"מ הוא __________ ₪.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מע"מ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שיעור המע"מ בישראל נכון לינואר 2025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2. 18%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דוגמאות לשירותים שהמדינה מממנת מכספי מסים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מחיר לפני מע"מ × 1.18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מס ערך מוסף שנוסף למחיר מוצרים ושירותים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חינוך, בריאות, כבישים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הנוסחה לחישוב מחיר כולל מע"מ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תרגילי חישוב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מוצר עולה 300 ₪ לפני מע"מ. כמה יעלה כולל מע"מ? הסבירו את החישוב.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הסבירו במילים שלכם מה ההבדל בין "מחיר לפני מע"מ" ל"מחיר כולל מע"מ".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חשיבה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בקצרה למה, לדעתכם, חשוב שהמדינה תגבה מסים כמו מע"מ, ואילו שירותים ציבוריים אתם מכירים שממומנים מכספי המסים.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זה מע"מ ולמי משלמים אותו?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כמה אחוז מע"מ יש היום בישראל?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מה זה מע"מ?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